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25A" w:rsidRPr="00026F0C" w:rsidRDefault="00A7522E">
      <w:pPr>
        <w:rPr>
          <w:rFonts w:hint="eastAsia"/>
          <w:lang w:val="ru-RU"/>
        </w:rPr>
      </w:pPr>
      <w:proofErr w:type="spellStart"/>
      <w:r w:rsidRPr="00026F0C">
        <w:rPr>
          <w:b/>
          <w:sz w:val="22"/>
          <w:lang w:val="ru-RU"/>
        </w:rPr>
        <w:t>Айс</w:t>
      </w:r>
      <w:proofErr w:type="spellEnd"/>
      <w:r w:rsidRPr="00026F0C">
        <w:rPr>
          <w:b/>
          <w:sz w:val="22"/>
          <w:lang w:val="ru-RU"/>
        </w:rPr>
        <w:t xml:space="preserve"> </w:t>
      </w:r>
      <w:proofErr w:type="spellStart"/>
      <w:r w:rsidRPr="00026F0C">
        <w:rPr>
          <w:b/>
          <w:sz w:val="22"/>
          <w:lang w:val="ru-RU"/>
        </w:rPr>
        <w:t>Еко</w:t>
      </w:r>
      <w:proofErr w:type="spellEnd"/>
      <w:r w:rsidRPr="00026F0C">
        <w:rPr>
          <w:b/>
          <w:sz w:val="22"/>
          <w:lang w:val="ru-RU"/>
        </w:rPr>
        <w:t xml:space="preserve"> Фрукт ООД </w:t>
      </w:r>
      <w:proofErr w:type="spellStart"/>
      <w:r w:rsidRPr="00026F0C">
        <w:rPr>
          <w:b/>
          <w:sz w:val="22"/>
          <w:lang w:val="ru-RU"/>
        </w:rPr>
        <w:t>стартира</w:t>
      </w:r>
      <w:proofErr w:type="spellEnd"/>
      <w:r w:rsidRPr="00026F0C">
        <w:rPr>
          <w:b/>
          <w:sz w:val="22"/>
          <w:lang w:val="ru-RU"/>
        </w:rPr>
        <w:t xml:space="preserve"> проект „</w:t>
      </w:r>
      <w:proofErr w:type="spellStart"/>
      <w:r w:rsidRPr="00026F0C">
        <w:rPr>
          <w:b/>
          <w:sz w:val="22"/>
          <w:lang w:val="ru-RU"/>
        </w:rPr>
        <w:t>Трансгранични</w:t>
      </w:r>
      <w:proofErr w:type="spellEnd"/>
      <w:r w:rsidRPr="00026F0C">
        <w:rPr>
          <w:b/>
          <w:sz w:val="22"/>
          <w:lang w:val="ru-RU"/>
        </w:rPr>
        <w:t xml:space="preserve"> </w:t>
      </w:r>
      <w:proofErr w:type="spellStart"/>
      <w:r w:rsidRPr="00026F0C">
        <w:rPr>
          <w:b/>
          <w:sz w:val="22"/>
          <w:lang w:val="ru-RU"/>
        </w:rPr>
        <w:t>иновации</w:t>
      </w:r>
      <w:proofErr w:type="spellEnd"/>
      <w:r w:rsidRPr="00026F0C">
        <w:rPr>
          <w:b/>
          <w:sz w:val="22"/>
          <w:lang w:val="ru-RU"/>
        </w:rPr>
        <w:t xml:space="preserve"> в </w:t>
      </w:r>
      <w:proofErr w:type="spellStart"/>
      <w:r w:rsidRPr="00026F0C">
        <w:rPr>
          <w:b/>
          <w:sz w:val="22"/>
          <w:lang w:val="ru-RU"/>
        </w:rPr>
        <w:t>хранително-вкусовата</w:t>
      </w:r>
      <w:proofErr w:type="spellEnd"/>
      <w:r w:rsidRPr="00026F0C">
        <w:rPr>
          <w:b/>
          <w:sz w:val="22"/>
          <w:lang w:val="ru-RU"/>
        </w:rPr>
        <w:t xml:space="preserve"> </w:t>
      </w:r>
      <w:proofErr w:type="spellStart"/>
      <w:r w:rsidRPr="00026F0C">
        <w:rPr>
          <w:b/>
          <w:sz w:val="22"/>
          <w:lang w:val="ru-RU"/>
        </w:rPr>
        <w:t>промишленост</w:t>
      </w:r>
      <w:proofErr w:type="spellEnd"/>
      <w:r w:rsidRPr="00026F0C">
        <w:rPr>
          <w:b/>
          <w:sz w:val="22"/>
          <w:lang w:val="ru-RU"/>
        </w:rPr>
        <w:t xml:space="preserve">“ по </w:t>
      </w:r>
      <w:proofErr w:type="spellStart"/>
      <w:r w:rsidRPr="00026F0C">
        <w:rPr>
          <w:b/>
          <w:sz w:val="22"/>
          <w:lang w:val="ru-RU"/>
        </w:rPr>
        <w:t>Програма</w:t>
      </w:r>
      <w:proofErr w:type="spellEnd"/>
      <w:r w:rsidRPr="00026F0C">
        <w:rPr>
          <w:b/>
          <w:sz w:val="22"/>
          <w:lang w:val="ru-RU"/>
        </w:rPr>
        <w:t xml:space="preserve"> </w:t>
      </w:r>
      <w:proofErr w:type="spellStart"/>
      <w:r>
        <w:rPr>
          <w:b/>
          <w:sz w:val="22"/>
        </w:rPr>
        <w:t>Interreg</w:t>
      </w:r>
      <w:proofErr w:type="spellEnd"/>
      <w:r w:rsidRPr="00026F0C">
        <w:rPr>
          <w:b/>
          <w:sz w:val="22"/>
          <w:lang w:val="ru-RU"/>
        </w:rPr>
        <w:t xml:space="preserve"> </w:t>
      </w:r>
      <w:r>
        <w:rPr>
          <w:b/>
          <w:sz w:val="22"/>
        </w:rPr>
        <w:t>VI</w:t>
      </w:r>
      <w:r w:rsidRPr="00026F0C">
        <w:rPr>
          <w:b/>
          <w:sz w:val="22"/>
          <w:lang w:val="ru-RU"/>
        </w:rPr>
        <w:t>-</w:t>
      </w:r>
      <w:r>
        <w:rPr>
          <w:b/>
          <w:sz w:val="22"/>
        </w:rPr>
        <w:t>A</w:t>
      </w:r>
      <w:r w:rsidRPr="00026F0C">
        <w:rPr>
          <w:b/>
          <w:sz w:val="22"/>
          <w:lang w:val="ru-RU"/>
        </w:rPr>
        <w:t xml:space="preserve"> </w:t>
      </w:r>
      <w:r>
        <w:rPr>
          <w:b/>
          <w:sz w:val="22"/>
        </w:rPr>
        <w:t>IPA</w:t>
      </w:r>
      <w:r w:rsidRPr="00026F0C">
        <w:rPr>
          <w:b/>
          <w:sz w:val="22"/>
          <w:lang w:val="ru-RU"/>
        </w:rPr>
        <w:t xml:space="preserve"> </w:t>
      </w:r>
      <w:proofErr w:type="spellStart"/>
      <w:r w:rsidRPr="00026F0C">
        <w:rPr>
          <w:b/>
          <w:sz w:val="22"/>
          <w:lang w:val="ru-RU"/>
        </w:rPr>
        <w:t>България</w:t>
      </w:r>
      <w:proofErr w:type="spellEnd"/>
      <w:r w:rsidRPr="00026F0C">
        <w:rPr>
          <w:b/>
          <w:sz w:val="22"/>
          <w:lang w:val="ru-RU"/>
        </w:rPr>
        <w:t xml:space="preserve"> – </w:t>
      </w:r>
      <w:proofErr w:type="spellStart"/>
      <w:r w:rsidRPr="00026F0C">
        <w:rPr>
          <w:b/>
          <w:sz w:val="22"/>
          <w:lang w:val="ru-RU"/>
        </w:rPr>
        <w:t>Северна</w:t>
      </w:r>
      <w:proofErr w:type="spellEnd"/>
      <w:r w:rsidRPr="00026F0C">
        <w:rPr>
          <w:b/>
          <w:sz w:val="22"/>
          <w:lang w:val="ru-RU"/>
        </w:rPr>
        <w:t xml:space="preserve"> Македония 2021–2027</w:t>
      </w:r>
    </w:p>
    <w:p w:rsidR="0081725A" w:rsidRPr="00026F0C" w:rsidRDefault="00A7522E">
      <w:pPr>
        <w:spacing w:after="120"/>
        <w:rPr>
          <w:rFonts w:hint="eastAsia"/>
          <w:lang w:val="ru-RU"/>
        </w:rPr>
      </w:pPr>
      <w:proofErr w:type="spellStart"/>
      <w:r w:rsidRPr="00026F0C">
        <w:rPr>
          <w:lang w:val="ru-RU"/>
        </w:rPr>
        <w:t>Айс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Еко</w:t>
      </w:r>
      <w:proofErr w:type="spellEnd"/>
      <w:r w:rsidRPr="00026F0C">
        <w:rPr>
          <w:lang w:val="ru-RU"/>
        </w:rPr>
        <w:t xml:space="preserve"> Фрукт ООД (с. </w:t>
      </w:r>
      <w:proofErr w:type="spellStart"/>
      <w:r w:rsidRPr="00026F0C">
        <w:rPr>
          <w:lang w:val="ru-RU"/>
        </w:rPr>
        <w:t>Коларово</w:t>
      </w:r>
      <w:proofErr w:type="spellEnd"/>
      <w:r w:rsidRPr="00026F0C">
        <w:rPr>
          <w:lang w:val="ru-RU"/>
        </w:rPr>
        <w:t xml:space="preserve">, общ. </w:t>
      </w:r>
      <w:proofErr w:type="spellStart"/>
      <w:r w:rsidRPr="00026F0C">
        <w:rPr>
          <w:lang w:val="ru-RU"/>
        </w:rPr>
        <w:t>Петрич</w:t>
      </w:r>
      <w:proofErr w:type="spellEnd"/>
      <w:r w:rsidRPr="00026F0C">
        <w:rPr>
          <w:lang w:val="ru-RU"/>
        </w:rPr>
        <w:t xml:space="preserve">) </w:t>
      </w:r>
      <w:proofErr w:type="spellStart"/>
      <w:r w:rsidRPr="00026F0C">
        <w:rPr>
          <w:lang w:val="ru-RU"/>
        </w:rPr>
        <w:t>започна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изпълнението</w:t>
      </w:r>
      <w:proofErr w:type="spellEnd"/>
      <w:r w:rsidRPr="00026F0C">
        <w:rPr>
          <w:lang w:val="ru-RU"/>
        </w:rPr>
        <w:t xml:space="preserve"> на проект „</w:t>
      </w:r>
      <w:proofErr w:type="spellStart"/>
      <w:r w:rsidRPr="00026F0C">
        <w:rPr>
          <w:lang w:val="ru-RU"/>
        </w:rPr>
        <w:t>Трансгранични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иновации</w:t>
      </w:r>
      <w:proofErr w:type="spellEnd"/>
      <w:r w:rsidRPr="00026F0C">
        <w:rPr>
          <w:lang w:val="ru-RU"/>
        </w:rPr>
        <w:t xml:space="preserve"> в </w:t>
      </w:r>
      <w:proofErr w:type="spellStart"/>
      <w:r w:rsidRPr="00026F0C">
        <w:rPr>
          <w:lang w:val="ru-RU"/>
        </w:rPr>
        <w:t>хранително-вкусовата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промишленос</w:t>
      </w:r>
      <w:r w:rsidRPr="00026F0C">
        <w:rPr>
          <w:lang w:val="ru-RU"/>
        </w:rPr>
        <w:t>т</w:t>
      </w:r>
      <w:proofErr w:type="spellEnd"/>
      <w:r w:rsidRPr="00026F0C">
        <w:rPr>
          <w:lang w:val="ru-RU"/>
        </w:rPr>
        <w:t>“ (</w:t>
      </w:r>
      <w:proofErr w:type="spellStart"/>
      <w:r w:rsidRPr="00026F0C">
        <w:rPr>
          <w:lang w:val="ru-RU"/>
        </w:rPr>
        <w:t>ориг</w:t>
      </w:r>
      <w:proofErr w:type="spellEnd"/>
      <w:r w:rsidRPr="00026F0C">
        <w:rPr>
          <w:lang w:val="ru-RU"/>
        </w:rPr>
        <w:t xml:space="preserve">. </w:t>
      </w:r>
      <w:r>
        <w:t xml:space="preserve">“Cross-border innovation in the food industry” – CrossFood Inno), реф. </w:t>
      </w:r>
      <w:r w:rsidRPr="00026F0C">
        <w:rPr>
          <w:lang w:val="ru-RU"/>
        </w:rPr>
        <w:t xml:space="preserve">№ </w:t>
      </w:r>
      <w:r>
        <w:t>BGMK</w:t>
      </w:r>
      <w:r w:rsidRPr="00026F0C">
        <w:rPr>
          <w:lang w:val="ru-RU"/>
        </w:rPr>
        <w:t xml:space="preserve">0500140, </w:t>
      </w:r>
      <w:proofErr w:type="spellStart"/>
      <w:r w:rsidRPr="00026F0C">
        <w:rPr>
          <w:lang w:val="ru-RU"/>
        </w:rPr>
        <w:t>финансиран</w:t>
      </w:r>
      <w:proofErr w:type="spellEnd"/>
      <w:r w:rsidRPr="00026F0C">
        <w:rPr>
          <w:lang w:val="ru-RU"/>
        </w:rPr>
        <w:t xml:space="preserve"> по </w:t>
      </w:r>
      <w:proofErr w:type="spellStart"/>
      <w:r w:rsidRPr="00026F0C">
        <w:rPr>
          <w:lang w:val="ru-RU"/>
        </w:rPr>
        <w:t>Програма</w:t>
      </w:r>
      <w:proofErr w:type="spellEnd"/>
      <w:r w:rsidRPr="00026F0C">
        <w:rPr>
          <w:lang w:val="ru-RU"/>
        </w:rPr>
        <w:t xml:space="preserve"> </w:t>
      </w:r>
      <w:proofErr w:type="spellStart"/>
      <w:r>
        <w:t>Interreg</w:t>
      </w:r>
      <w:proofErr w:type="spellEnd"/>
      <w:r w:rsidRPr="00026F0C">
        <w:rPr>
          <w:lang w:val="ru-RU"/>
        </w:rPr>
        <w:t xml:space="preserve"> </w:t>
      </w:r>
      <w:r>
        <w:t>VI</w:t>
      </w:r>
      <w:r w:rsidRPr="00026F0C">
        <w:rPr>
          <w:lang w:val="ru-RU"/>
        </w:rPr>
        <w:t>-</w:t>
      </w:r>
      <w:r>
        <w:t>A</w:t>
      </w:r>
      <w:r w:rsidRPr="00026F0C">
        <w:rPr>
          <w:lang w:val="ru-RU"/>
        </w:rPr>
        <w:t xml:space="preserve"> </w:t>
      </w:r>
      <w:r>
        <w:t>IPA</w:t>
      </w:r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България</w:t>
      </w:r>
      <w:proofErr w:type="spellEnd"/>
      <w:r w:rsidRPr="00026F0C">
        <w:rPr>
          <w:lang w:val="ru-RU"/>
        </w:rPr>
        <w:t xml:space="preserve"> – </w:t>
      </w:r>
      <w:proofErr w:type="spellStart"/>
      <w:r w:rsidRPr="00026F0C">
        <w:rPr>
          <w:lang w:val="ru-RU"/>
        </w:rPr>
        <w:t>Северна</w:t>
      </w:r>
      <w:proofErr w:type="spellEnd"/>
      <w:r w:rsidRPr="00026F0C">
        <w:rPr>
          <w:lang w:val="ru-RU"/>
        </w:rPr>
        <w:t xml:space="preserve"> Македония 2021–2027, </w:t>
      </w:r>
      <w:proofErr w:type="spellStart"/>
      <w:r w:rsidRPr="00026F0C">
        <w:rPr>
          <w:lang w:val="ru-RU"/>
        </w:rPr>
        <w:t>съфинансирана</w:t>
      </w:r>
      <w:proofErr w:type="spellEnd"/>
      <w:r w:rsidRPr="00026F0C">
        <w:rPr>
          <w:lang w:val="ru-RU"/>
        </w:rPr>
        <w:t xml:space="preserve"> от </w:t>
      </w:r>
      <w:proofErr w:type="spellStart"/>
      <w:r w:rsidRPr="00026F0C">
        <w:rPr>
          <w:lang w:val="ru-RU"/>
        </w:rPr>
        <w:t>Европейския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съюз</w:t>
      </w:r>
      <w:proofErr w:type="spellEnd"/>
      <w:r w:rsidRPr="00026F0C">
        <w:rPr>
          <w:lang w:val="ru-RU"/>
        </w:rPr>
        <w:t xml:space="preserve">. </w:t>
      </w:r>
      <w:proofErr w:type="spellStart"/>
      <w:r w:rsidRPr="00026F0C">
        <w:rPr>
          <w:lang w:val="ru-RU"/>
        </w:rPr>
        <w:t>Проектът</w:t>
      </w:r>
      <w:proofErr w:type="spellEnd"/>
      <w:r w:rsidRPr="00026F0C">
        <w:rPr>
          <w:lang w:val="ru-RU"/>
        </w:rPr>
        <w:t xml:space="preserve"> се </w:t>
      </w:r>
      <w:proofErr w:type="spellStart"/>
      <w:r w:rsidRPr="00026F0C">
        <w:rPr>
          <w:lang w:val="ru-RU"/>
        </w:rPr>
        <w:t>изпълнява</w:t>
      </w:r>
      <w:proofErr w:type="spellEnd"/>
      <w:r w:rsidRPr="00026F0C">
        <w:rPr>
          <w:lang w:val="ru-RU"/>
        </w:rPr>
        <w:t xml:space="preserve"> в </w:t>
      </w:r>
      <w:proofErr w:type="spellStart"/>
      <w:r w:rsidRPr="00026F0C">
        <w:rPr>
          <w:lang w:val="ru-RU"/>
        </w:rPr>
        <w:t>партньорство</w:t>
      </w:r>
      <w:proofErr w:type="spellEnd"/>
      <w:r w:rsidRPr="00026F0C">
        <w:rPr>
          <w:lang w:val="ru-RU"/>
        </w:rPr>
        <w:t xml:space="preserve"> с Дим-</w:t>
      </w:r>
      <w:proofErr w:type="spellStart"/>
      <w:r w:rsidRPr="00026F0C">
        <w:rPr>
          <w:lang w:val="ru-RU"/>
        </w:rPr>
        <w:t>К</w:t>
      </w:r>
      <w:r w:rsidRPr="00026F0C">
        <w:rPr>
          <w:lang w:val="ru-RU"/>
        </w:rPr>
        <w:t>омерц</w:t>
      </w:r>
      <w:proofErr w:type="spellEnd"/>
      <w:r w:rsidRPr="00026F0C">
        <w:rPr>
          <w:lang w:val="ru-RU"/>
        </w:rPr>
        <w:t xml:space="preserve"> ДООЕЛ (гр. </w:t>
      </w:r>
      <w:proofErr w:type="spellStart"/>
      <w:r w:rsidRPr="00026F0C">
        <w:rPr>
          <w:lang w:val="ru-RU"/>
        </w:rPr>
        <w:t>Валандово</w:t>
      </w:r>
      <w:proofErr w:type="spellEnd"/>
      <w:r w:rsidRPr="00026F0C">
        <w:rPr>
          <w:lang w:val="ru-RU"/>
        </w:rPr>
        <w:t xml:space="preserve">, </w:t>
      </w:r>
      <w:proofErr w:type="spellStart"/>
      <w:r w:rsidRPr="00026F0C">
        <w:rPr>
          <w:lang w:val="ru-RU"/>
        </w:rPr>
        <w:t>Северна</w:t>
      </w:r>
      <w:proofErr w:type="spellEnd"/>
      <w:r w:rsidRPr="00026F0C">
        <w:rPr>
          <w:lang w:val="ru-RU"/>
        </w:rPr>
        <w:t xml:space="preserve"> Македония) и е с </w:t>
      </w:r>
      <w:proofErr w:type="spellStart"/>
      <w:r w:rsidRPr="00026F0C">
        <w:rPr>
          <w:lang w:val="ru-RU"/>
        </w:rPr>
        <w:t>продължителност</w:t>
      </w:r>
      <w:proofErr w:type="spellEnd"/>
      <w:r w:rsidRPr="00026F0C">
        <w:rPr>
          <w:lang w:val="ru-RU"/>
        </w:rPr>
        <w:t xml:space="preserve"> 18 </w:t>
      </w:r>
      <w:proofErr w:type="spellStart"/>
      <w:r w:rsidRPr="00026F0C">
        <w:rPr>
          <w:lang w:val="ru-RU"/>
        </w:rPr>
        <w:t>месеца</w:t>
      </w:r>
      <w:proofErr w:type="spellEnd"/>
      <w:r w:rsidRPr="00026F0C">
        <w:rPr>
          <w:lang w:val="ru-RU"/>
        </w:rPr>
        <w:t xml:space="preserve">. </w:t>
      </w:r>
      <w:proofErr w:type="spellStart"/>
      <w:r w:rsidRPr="00026F0C">
        <w:rPr>
          <w:lang w:val="ru-RU"/>
        </w:rPr>
        <w:t>Общият</w:t>
      </w:r>
      <w:proofErr w:type="spellEnd"/>
      <w:r w:rsidRPr="00026F0C">
        <w:rPr>
          <w:lang w:val="ru-RU"/>
        </w:rPr>
        <w:t xml:space="preserve"> бюджет е 713 076,00 евро, от </w:t>
      </w:r>
      <w:proofErr w:type="spellStart"/>
      <w:r w:rsidRPr="00026F0C">
        <w:rPr>
          <w:lang w:val="ru-RU"/>
        </w:rPr>
        <w:t>които</w:t>
      </w:r>
      <w:proofErr w:type="spellEnd"/>
      <w:r w:rsidRPr="00026F0C">
        <w:rPr>
          <w:lang w:val="ru-RU"/>
        </w:rPr>
        <w:t xml:space="preserve"> 506 054,60 евро (70,97%) </w:t>
      </w:r>
      <w:proofErr w:type="spellStart"/>
      <w:r w:rsidRPr="00026F0C">
        <w:rPr>
          <w:lang w:val="ru-RU"/>
        </w:rPr>
        <w:t>съфинансиране</w:t>
      </w:r>
      <w:proofErr w:type="spellEnd"/>
      <w:r w:rsidRPr="00026F0C">
        <w:rPr>
          <w:lang w:val="ru-RU"/>
        </w:rPr>
        <w:t xml:space="preserve"> от </w:t>
      </w:r>
      <w:proofErr w:type="spellStart"/>
      <w:r w:rsidRPr="00026F0C">
        <w:rPr>
          <w:lang w:val="ru-RU"/>
        </w:rPr>
        <w:t>Европейския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съюз</w:t>
      </w:r>
      <w:proofErr w:type="spellEnd"/>
      <w:r w:rsidRPr="00026F0C">
        <w:rPr>
          <w:lang w:val="ru-RU"/>
        </w:rPr>
        <w:t xml:space="preserve"> чрез ИПА </w:t>
      </w:r>
      <w:r>
        <w:t>III</w:t>
      </w:r>
      <w:r w:rsidRPr="00026F0C">
        <w:rPr>
          <w:lang w:val="ru-RU"/>
        </w:rPr>
        <w:t>.</w:t>
      </w:r>
    </w:p>
    <w:p w:rsidR="0081725A" w:rsidRPr="00026F0C" w:rsidRDefault="00A7522E">
      <w:pPr>
        <w:spacing w:after="120"/>
        <w:rPr>
          <w:rFonts w:hint="eastAsia"/>
          <w:lang w:val="ru-RU"/>
        </w:rPr>
      </w:pPr>
      <w:proofErr w:type="gramStart"/>
      <w:r w:rsidRPr="00026F0C">
        <w:rPr>
          <w:lang w:val="ru-RU"/>
        </w:rPr>
        <w:t>По проекта</w:t>
      </w:r>
      <w:proofErr w:type="gramEnd"/>
      <w:r w:rsidRPr="00026F0C">
        <w:rPr>
          <w:lang w:val="ru-RU"/>
        </w:rPr>
        <w:t xml:space="preserve"> се </w:t>
      </w:r>
      <w:proofErr w:type="spellStart"/>
      <w:r w:rsidRPr="00026F0C">
        <w:rPr>
          <w:lang w:val="ru-RU"/>
        </w:rPr>
        <w:t>предвижда</w:t>
      </w:r>
      <w:proofErr w:type="spellEnd"/>
      <w:r w:rsidRPr="00026F0C">
        <w:rPr>
          <w:lang w:val="ru-RU"/>
        </w:rPr>
        <w:t xml:space="preserve"> доставка на </w:t>
      </w:r>
      <w:proofErr w:type="spellStart"/>
      <w:r w:rsidRPr="00026F0C">
        <w:rPr>
          <w:lang w:val="ru-RU"/>
        </w:rPr>
        <w:t>спирален</w:t>
      </w:r>
      <w:proofErr w:type="spellEnd"/>
      <w:r w:rsidRPr="00026F0C">
        <w:rPr>
          <w:lang w:val="ru-RU"/>
        </w:rPr>
        <w:t xml:space="preserve"> </w:t>
      </w:r>
      <w:r>
        <w:t>IQF</w:t>
      </w:r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фризер</w:t>
      </w:r>
      <w:proofErr w:type="spellEnd"/>
      <w:r w:rsidRPr="00026F0C">
        <w:rPr>
          <w:lang w:val="ru-RU"/>
        </w:rPr>
        <w:t xml:space="preserve"> за </w:t>
      </w:r>
      <w:proofErr w:type="spellStart"/>
      <w:r w:rsidRPr="00026F0C">
        <w:rPr>
          <w:lang w:val="ru-RU"/>
        </w:rPr>
        <w:t>шо</w:t>
      </w:r>
      <w:r w:rsidRPr="00026F0C">
        <w:rPr>
          <w:lang w:val="ru-RU"/>
        </w:rPr>
        <w:t>ково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замразяване</w:t>
      </w:r>
      <w:proofErr w:type="spellEnd"/>
      <w:r w:rsidRPr="00026F0C">
        <w:rPr>
          <w:lang w:val="ru-RU"/>
        </w:rPr>
        <w:t xml:space="preserve"> (за </w:t>
      </w:r>
      <w:proofErr w:type="spellStart"/>
      <w:r w:rsidRPr="00026F0C">
        <w:rPr>
          <w:lang w:val="ru-RU"/>
        </w:rPr>
        <w:t>Айс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Еко</w:t>
      </w:r>
      <w:proofErr w:type="spellEnd"/>
      <w:r w:rsidRPr="00026F0C">
        <w:rPr>
          <w:lang w:val="ru-RU"/>
        </w:rPr>
        <w:t xml:space="preserve"> Фрукт); две </w:t>
      </w:r>
      <w:proofErr w:type="spellStart"/>
      <w:r w:rsidRPr="00026F0C">
        <w:rPr>
          <w:lang w:val="ru-RU"/>
        </w:rPr>
        <w:t>оптични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сортиращи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машини</w:t>
      </w:r>
      <w:proofErr w:type="spellEnd"/>
      <w:r w:rsidRPr="00026F0C">
        <w:rPr>
          <w:lang w:val="ru-RU"/>
        </w:rPr>
        <w:t xml:space="preserve"> (за Дим-</w:t>
      </w:r>
      <w:proofErr w:type="spellStart"/>
      <w:r w:rsidRPr="00026F0C">
        <w:rPr>
          <w:lang w:val="ru-RU"/>
        </w:rPr>
        <w:t>Комерц</w:t>
      </w:r>
      <w:proofErr w:type="spellEnd"/>
      <w:r w:rsidRPr="00026F0C">
        <w:rPr>
          <w:lang w:val="ru-RU"/>
        </w:rPr>
        <w:t xml:space="preserve">). </w:t>
      </w:r>
      <w:proofErr w:type="spellStart"/>
      <w:r w:rsidRPr="00026F0C">
        <w:rPr>
          <w:lang w:val="ru-RU"/>
        </w:rPr>
        <w:t>Технологиите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адресират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сезонните</w:t>
      </w:r>
      <w:proofErr w:type="spellEnd"/>
      <w:r w:rsidRPr="00026F0C">
        <w:rPr>
          <w:lang w:val="ru-RU"/>
        </w:rPr>
        <w:t xml:space="preserve"> загуби </w:t>
      </w:r>
      <w:proofErr w:type="gramStart"/>
      <w:r w:rsidRPr="00026F0C">
        <w:rPr>
          <w:lang w:val="ru-RU"/>
        </w:rPr>
        <w:t>на продукция</w:t>
      </w:r>
      <w:proofErr w:type="gramEnd"/>
      <w:r w:rsidRPr="00026F0C">
        <w:rPr>
          <w:lang w:val="ru-RU"/>
        </w:rPr>
        <w:t xml:space="preserve"> (до 30%) и </w:t>
      </w:r>
      <w:proofErr w:type="spellStart"/>
      <w:r w:rsidRPr="00026F0C">
        <w:rPr>
          <w:lang w:val="ru-RU"/>
        </w:rPr>
        <w:t>ще</w:t>
      </w:r>
      <w:proofErr w:type="spellEnd"/>
      <w:r w:rsidRPr="00026F0C">
        <w:rPr>
          <w:lang w:val="ru-RU"/>
        </w:rPr>
        <w:t xml:space="preserve"> позволят </w:t>
      </w:r>
      <w:proofErr w:type="spellStart"/>
      <w:r w:rsidRPr="00026F0C">
        <w:rPr>
          <w:lang w:val="ru-RU"/>
        </w:rPr>
        <w:t>разработването</w:t>
      </w:r>
      <w:proofErr w:type="spellEnd"/>
      <w:r w:rsidRPr="00026F0C">
        <w:rPr>
          <w:lang w:val="ru-RU"/>
        </w:rPr>
        <w:t xml:space="preserve"> на два </w:t>
      </w:r>
      <w:proofErr w:type="spellStart"/>
      <w:r w:rsidRPr="00026F0C">
        <w:rPr>
          <w:lang w:val="ru-RU"/>
        </w:rPr>
        <w:t>съвместни</w:t>
      </w:r>
      <w:proofErr w:type="spellEnd"/>
      <w:r w:rsidRPr="00026F0C">
        <w:rPr>
          <w:lang w:val="ru-RU"/>
        </w:rPr>
        <w:t xml:space="preserve"> продукта – „</w:t>
      </w:r>
      <w:r>
        <w:t>Balkan</w:t>
      </w:r>
      <w:r w:rsidRPr="00026F0C">
        <w:rPr>
          <w:lang w:val="ru-RU"/>
        </w:rPr>
        <w:t xml:space="preserve"> </w:t>
      </w:r>
      <w:r>
        <w:t>Spread</w:t>
      </w:r>
      <w:r w:rsidRPr="00026F0C">
        <w:rPr>
          <w:lang w:val="ru-RU"/>
        </w:rPr>
        <w:t>“ (</w:t>
      </w:r>
      <w:proofErr w:type="spellStart"/>
      <w:r w:rsidRPr="00026F0C">
        <w:rPr>
          <w:lang w:val="ru-RU"/>
        </w:rPr>
        <w:t>зеленчукова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разядка</w:t>
      </w:r>
      <w:proofErr w:type="spellEnd"/>
      <w:r w:rsidRPr="00026F0C">
        <w:rPr>
          <w:lang w:val="ru-RU"/>
        </w:rPr>
        <w:t xml:space="preserve"> по </w:t>
      </w:r>
      <w:proofErr w:type="spellStart"/>
      <w:r w:rsidRPr="00026F0C">
        <w:rPr>
          <w:lang w:val="ru-RU"/>
        </w:rPr>
        <w:t>традиционните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рецепти</w:t>
      </w:r>
      <w:proofErr w:type="spellEnd"/>
      <w:r w:rsidRPr="00026F0C">
        <w:rPr>
          <w:lang w:val="ru-RU"/>
        </w:rPr>
        <w:t xml:space="preserve"> за </w:t>
      </w:r>
      <w:proofErr w:type="spellStart"/>
      <w:r w:rsidRPr="00026F0C">
        <w:rPr>
          <w:lang w:val="ru-RU"/>
        </w:rPr>
        <w:t>айвар</w:t>
      </w:r>
      <w:proofErr w:type="spellEnd"/>
      <w:r w:rsidRPr="00026F0C">
        <w:rPr>
          <w:lang w:val="ru-RU"/>
        </w:rPr>
        <w:t xml:space="preserve"> и </w:t>
      </w:r>
      <w:proofErr w:type="spellStart"/>
      <w:r w:rsidRPr="00026F0C">
        <w:rPr>
          <w:lang w:val="ru-RU"/>
        </w:rPr>
        <w:t>лютеница</w:t>
      </w:r>
      <w:proofErr w:type="spellEnd"/>
      <w:r w:rsidRPr="00026F0C">
        <w:rPr>
          <w:lang w:val="ru-RU"/>
        </w:rPr>
        <w:t xml:space="preserve">, с </w:t>
      </w:r>
      <w:proofErr w:type="spellStart"/>
      <w:r w:rsidRPr="00026F0C">
        <w:rPr>
          <w:lang w:val="ru-RU"/>
        </w:rPr>
        <w:t>изцяло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натурални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съставки</w:t>
      </w:r>
      <w:proofErr w:type="spellEnd"/>
      <w:r w:rsidRPr="00026F0C">
        <w:rPr>
          <w:lang w:val="ru-RU"/>
        </w:rPr>
        <w:t xml:space="preserve">) и </w:t>
      </w:r>
      <w:proofErr w:type="spellStart"/>
      <w:r w:rsidRPr="00026F0C">
        <w:rPr>
          <w:lang w:val="ru-RU"/>
        </w:rPr>
        <w:t>шоково</w:t>
      </w:r>
      <w:proofErr w:type="spellEnd"/>
      <w:r w:rsidRPr="00026F0C">
        <w:rPr>
          <w:lang w:val="ru-RU"/>
        </w:rPr>
        <w:t xml:space="preserve"> </w:t>
      </w:r>
      <w:proofErr w:type="spellStart"/>
      <w:r w:rsidRPr="00026F0C">
        <w:rPr>
          <w:lang w:val="ru-RU"/>
        </w:rPr>
        <w:t>замразени</w:t>
      </w:r>
      <w:proofErr w:type="spellEnd"/>
      <w:r w:rsidRPr="00026F0C">
        <w:rPr>
          <w:lang w:val="ru-RU"/>
        </w:rPr>
        <w:t xml:space="preserve"> печени чушки.</w:t>
      </w:r>
    </w:p>
    <w:p w:rsidR="0081725A" w:rsidRPr="00026F0C" w:rsidRDefault="00A7522E">
      <w:pPr>
        <w:rPr>
          <w:rFonts w:hint="eastAsia"/>
          <w:lang w:val="ru-RU"/>
        </w:rPr>
      </w:pPr>
      <w:proofErr w:type="spellStart"/>
      <w:r w:rsidRPr="00026F0C">
        <w:rPr>
          <w:lang w:val="ru-RU"/>
        </w:rPr>
        <w:t>Предстои</w:t>
      </w:r>
      <w:proofErr w:type="spellEnd"/>
      <w:r w:rsidRPr="00026F0C">
        <w:rPr>
          <w:lang w:val="ru-RU"/>
        </w:rPr>
        <w:t xml:space="preserve"> процедура за </w:t>
      </w:r>
      <w:proofErr w:type="spellStart"/>
      <w:r w:rsidRPr="00026F0C">
        <w:rPr>
          <w:lang w:val="ru-RU"/>
        </w:rPr>
        <w:t>избор</w:t>
      </w:r>
      <w:proofErr w:type="spellEnd"/>
      <w:r w:rsidRPr="00026F0C">
        <w:rPr>
          <w:lang w:val="ru-RU"/>
        </w:rPr>
        <w:t xml:space="preserve"> на </w:t>
      </w:r>
      <w:proofErr w:type="spellStart"/>
      <w:r w:rsidRPr="00026F0C">
        <w:rPr>
          <w:lang w:val="ru-RU"/>
        </w:rPr>
        <w:t>доставчик</w:t>
      </w:r>
      <w:proofErr w:type="spellEnd"/>
      <w:r w:rsidRPr="00026F0C">
        <w:rPr>
          <w:lang w:val="ru-RU"/>
        </w:rPr>
        <w:t xml:space="preserve">. С </w:t>
      </w:r>
      <w:proofErr w:type="spellStart"/>
      <w:r w:rsidRPr="00026F0C">
        <w:rPr>
          <w:lang w:val="ru-RU"/>
        </w:rPr>
        <w:t>техническите</w:t>
      </w:r>
      <w:proofErr w:type="spellEnd"/>
      <w:r w:rsidRPr="00026F0C">
        <w:rPr>
          <w:lang w:val="ru-RU"/>
        </w:rPr>
        <w:t xml:space="preserve"> спецификации можете да се </w:t>
      </w:r>
      <w:proofErr w:type="spellStart"/>
      <w:r w:rsidRPr="00026F0C">
        <w:rPr>
          <w:lang w:val="ru-RU"/>
        </w:rPr>
        <w:t>запознаете</w:t>
      </w:r>
      <w:proofErr w:type="spellEnd"/>
      <w:r w:rsidRPr="00026F0C">
        <w:rPr>
          <w:lang w:val="ru-RU"/>
        </w:rPr>
        <w:t xml:space="preserve"> тук: </w:t>
      </w:r>
      <w:hyperlink r:id="rId6" w:history="1">
        <w:r w:rsidRPr="00736C6A">
          <w:rPr>
            <w:rStyle w:val="Hyperlink"/>
            <w:lang w:val="ru-RU"/>
          </w:rPr>
          <w:t>https://iceecofruit.com/proekt-interreg/Tehn_spec_BGMK0500140_AisEkoFrukt_web_v1.pdf</w:t>
        </w:r>
      </w:hyperlink>
      <w:r w:rsidR="00026F0C" w:rsidRPr="00026F0C">
        <w:rPr>
          <w:lang w:val="ru-RU"/>
        </w:rPr>
        <w:t xml:space="preserve"> </w:t>
      </w:r>
      <w:r w:rsidRPr="00026F0C">
        <w:rPr>
          <w:lang w:val="ru-RU"/>
        </w:rPr>
        <w:t xml:space="preserve">. </w:t>
      </w:r>
      <w:proofErr w:type="spellStart"/>
      <w:r w:rsidRPr="00026F0C">
        <w:rPr>
          <w:lang w:val="ru-RU"/>
        </w:rPr>
        <w:t>Повече</w:t>
      </w:r>
      <w:proofErr w:type="spellEnd"/>
      <w:r w:rsidRPr="00026F0C">
        <w:rPr>
          <w:lang w:val="ru-RU"/>
        </w:rPr>
        <w:t xml:space="preserve"> информация за проекта – тук: </w:t>
      </w:r>
      <w:hyperlink r:id="rId7" w:history="1">
        <w:r w:rsidR="00586229" w:rsidRPr="00736C6A">
          <w:rPr>
            <w:rStyle w:val="Hyperlink"/>
            <w:lang w:val="ru-RU"/>
          </w:rPr>
          <w:t>https://iceecofruit.com/proekt-interreg/proekt-crossfood-inno.html</w:t>
        </w:r>
      </w:hyperlink>
      <w:r w:rsidR="00586229">
        <w:rPr>
          <w:lang w:val="ru-RU"/>
        </w:rPr>
        <w:t xml:space="preserve"> </w:t>
      </w:r>
      <w:r w:rsidRPr="00026F0C">
        <w:rPr>
          <w:lang w:val="ru-RU"/>
        </w:rPr>
        <w:t>.</w:t>
      </w:r>
    </w:p>
    <w:p w:rsidR="0081725A" w:rsidRPr="00026F0C" w:rsidRDefault="00A7522E">
      <w:pPr>
        <w:spacing w:after="80"/>
        <w:rPr>
          <w:rFonts w:hint="eastAsia"/>
          <w:lang w:val="ru-RU"/>
        </w:rPr>
      </w:pPr>
      <w:r w:rsidRPr="00026F0C">
        <w:rPr>
          <w:i/>
          <w:lang w:val="ru-RU"/>
        </w:rPr>
        <w:t>„</w:t>
      </w:r>
      <w:proofErr w:type="spellStart"/>
      <w:r w:rsidRPr="00026F0C">
        <w:rPr>
          <w:i/>
          <w:lang w:val="ru-RU"/>
        </w:rPr>
        <w:t>Тази</w:t>
      </w:r>
      <w:proofErr w:type="spellEnd"/>
      <w:r w:rsidRPr="00026F0C">
        <w:rPr>
          <w:i/>
          <w:lang w:val="ru-RU"/>
        </w:rPr>
        <w:t xml:space="preserve"> публикация е </w:t>
      </w:r>
      <w:proofErr w:type="spellStart"/>
      <w:r w:rsidRPr="00026F0C">
        <w:rPr>
          <w:i/>
          <w:lang w:val="ru-RU"/>
        </w:rPr>
        <w:t>съфинансирана</w:t>
      </w:r>
      <w:proofErr w:type="spellEnd"/>
      <w:r w:rsidRPr="00026F0C">
        <w:rPr>
          <w:i/>
          <w:lang w:val="ru-RU"/>
        </w:rPr>
        <w:t xml:space="preserve"> от </w:t>
      </w:r>
      <w:proofErr w:type="spellStart"/>
      <w:r w:rsidRPr="00026F0C">
        <w:rPr>
          <w:i/>
          <w:lang w:val="ru-RU"/>
        </w:rPr>
        <w:t>Европейския</w:t>
      </w:r>
      <w:proofErr w:type="spellEnd"/>
      <w:r w:rsidRPr="00026F0C">
        <w:rPr>
          <w:i/>
          <w:lang w:val="ru-RU"/>
        </w:rPr>
        <w:t xml:space="preserve"> </w:t>
      </w:r>
      <w:proofErr w:type="spellStart"/>
      <w:r w:rsidRPr="00026F0C">
        <w:rPr>
          <w:i/>
          <w:lang w:val="ru-RU"/>
        </w:rPr>
        <w:t>съюз</w:t>
      </w:r>
      <w:proofErr w:type="spellEnd"/>
      <w:r w:rsidRPr="00026F0C">
        <w:rPr>
          <w:i/>
          <w:lang w:val="ru-RU"/>
        </w:rPr>
        <w:t xml:space="preserve">. </w:t>
      </w:r>
      <w:proofErr w:type="spellStart"/>
      <w:r w:rsidRPr="00026F0C">
        <w:rPr>
          <w:i/>
          <w:lang w:val="ru-RU"/>
        </w:rPr>
        <w:t>Съдържанието</w:t>
      </w:r>
      <w:proofErr w:type="spellEnd"/>
      <w:r w:rsidRPr="00026F0C">
        <w:rPr>
          <w:i/>
          <w:lang w:val="ru-RU"/>
        </w:rPr>
        <w:t xml:space="preserve"> ѝ е </w:t>
      </w:r>
      <w:proofErr w:type="spellStart"/>
      <w:r w:rsidRPr="00026F0C">
        <w:rPr>
          <w:i/>
          <w:lang w:val="ru-RU"/>
        </w:rPr>
        <w:t>изцяло</w:t>
      </w:r>
      <w:proofErr w:type="spellEnd"/>
      <w:r w:rsidRPr="00026F0C">
        <w:rPr>
          <w:i/>
          <w:lang w:val="ru-RU"/>
        </w:rPr>
        <w:t xml:space="preserve"> </w:t>
      </w:r>
      <w:proofErr w:type="spellStart"/>
      <w:r w:rsidRPr="00026F0C">
        <w:rPr>
          <w:i/>
          <w:lang w:val="ru-RU"/>
        </w:rPr>
        <w:t>отговорност</w:t>
      </w:r>
      <w:proofErr w:type="spellEnd"/>
      <w:r w:rsidRPr="00026F0C">
        <w:rPr>
          <w:i/>
          <w:lang w:val="ru-RU"/>
        </w:rPr>
        <w:t xml:space="preserve"> на </w:t>
      </w:r>
      <w:proofErr w:type="spellStart"/>
      <w:r w:rsidRPr="00026F0C">
        <w:rPr>
          <w:i/>
          <w:lang w:val="ru-RU"/>
        </w:rPr>
        <w:t>Айс</w:t>
      </w:r>
      <w:proofErr w:type="spellEnd"/>
      <w:r w:rsidRPr="00026F0C">
        <w:rPr>
          <w:i/>
          <w:lang w:val="ru-RU"/>
        </w:rPr>
        <w:t xml:space="preserve"> </w:t>
      </w:r>
      <w:proofErr w:type="spellStart"/>
      <w:r w:rsidRPr="00026F0C">
        <w:rPr>
          <w:i/>
          <w:lang w:val="ru-RU"/>
        </w:rPr>
        <w:t>Еко</w:t>
      </w:r>
      <w:proofErr w:type="spellEnd"/>
      <w:r w:rsidRPr="00026F0C">
        <w:rPr>
          <w:i/>
          <w:lang w:val="ru-RU"/>
        </w:rPr>
        <w:t xml:space="preserve"> Фрукт ООД и не </w:t>
      </w:r>
      <w:proofErr w:type="spellStart"/>
      <w:r w:rsidRPr="00026F0C">
        <w:rPr>
          <w:i/>
          <w:lang w:val="ru-RU"/>
        </w:rPr>
        <w:t>отразява</w:t>
      </w:r>
      <w:proofErr w:type="spellEnd"/>
      <w:r w:rsidRPr="00026F0C">
        <w:rPr>
          <w:i/>
          <w:lang w:val="ru-RU"/>
        </w:rPr>
        <w:t xml:space="preserve"> непременно </w:t>
      </w:r>
      <w:proofErr w:type="spellStart"/>
      <w:r w:rsidRPr="00026F0C">
        <w:rPr>
          <w:i/>
          <w:lang w:val="ru-RU"/>
        </w:rPr>
        <w:t>възгледите</w:t>
      </w:r>
      <w:proofErr w:type="spellEnd"/>
      <w:r w:rsidRPr="00026F0C">
        <w:rPr>
          <w:i/>
          <w:lang w:val="ru-RU"/>
        </w:rPr>
        <w:t xml:space="preserve"> на </w:t>
      </w:r>
      <w:proofErr w:type="spellStart"/>
      <w:r w:rsidRPr="00026F0C">
        <w:rPr>
          <w:i/>
          <w:lang w:val="ru-RU"/>
        </w:rPr>
        <w:t>Европейския</w:t>
      </w:r>
      <w:bookmarkStart w:id="0" w:name="_GoBack"/>
      <w:bookmarkEnd w:id="0"/>
      <w:proofErr w:type="spellEnd"/>
      <w:r w:rsidRPr="00026F0C">
        <w:rPr>
          <w:i/>
          <w:lang w:val="ru-RU"/>
        </w:rPr>
        <w:t xml:space="preserve"> </w:t>
      </w:r>
      <w:proofErr w:type="spellStart"/>
      <w:r w:rsidRPr="00026F0C">
        <w:rPr>
          <w:i/>
          <w:lang w:val="ru-RU"/>
        </w:rPr>
        <w:t>съюз</w:t>
      </w:r>
      <w:proofErr w:type="spellEnd"/>
      <w:r w:rsidRPr="00026F0C">
        <w:rPr>
          <w:i/>
          <w:lang w:val="ru-RU"/>
        </w:rPr>
        <w:t xml:space="preserve">, </w:t>
      </w:r>
      <w:proofErr w:type="spellStart"/>
      <w:r w:rsidRPr="00026F0C">
        <w:rPr>
          <w:i/>
          <w:lang w:val="ru-RU"/>
        </w:rPr>
        <w:t>страните</w:t>
      </w:r>
      <w:proofErr w:type="spellEnd"/>
      <w:r w:rsidRPr="00026F0C">
        <w:rPr>
          <w:i/>
          <w:lang w:val="ru-RU"/>
        </w:rPr>
        <w:t xml:space="preserve"> </w:t>
      </w:r>
      <w:proofErr w:type="spellStart"/>
      <w:r w:rsidRPr="00026F0C">
        <w:rPr>
          <w:i/>
          <w:lang w:val="ru-RU"/>
        </w:rPr>
        <w:t>партньори</w:t>
      </w:r>
      <w:proofErr w:type="spellEnd"/>
      <w:r w:rsidRPr="00026F0C">
        <w:rPr>
          <w:i/>
          <w:lang w:val="ru-RU"/>
        </w:rPr>
        <w:t xml:space="preserve"> и </w:t>
      </w:r>
      <w:proofErr w:type="spellStart"/>
      <w:r w:rsidRPr="00026F0C">
        <w:rPr>
          <w:i/>
          <w:lang w:val="ru-RU"/>
        </w:rPr>
        <w:t>Управляващия</w:t>
      </w:r>
      <w:proofErr w:type="spellEnd"/>
      <w:r w:rsidRPr="00026F0C">
        <w:rPr>
          <w:i/>
          <w:lang w:val="ru-RU"/>
        </w:rPr>
        <w:t xml:space="preserve"> о</w:t>
      </w:r>
      <w:r w:rsidRPr="00026F0C">
        <w:rPr>
          <w:i/>
          <w:lang w:val="ru-RU"/>
        </w:rPr>
        <w:t>рган.“</w:t>
      </w:r>
    </w:p>
    <w:sectPr w:rsidR="0081725A" w:rsidRPr="00026F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F0C"/>
    <w:rsid w:val="00034616"/>
    <w:rsid w:val="0006063C"/>
    <w:rsid w:val="0015074B"/>
    <w:rsid w:val="0029639D"/>
    <w:rsid w:val="00326F90"/>
    <w:rsid w:val="00586229"/>
    <w:rsid w:val="0081725A"/>
    <w:rsid w:val="00A7522E"/>
    <w:rsid w:val="00AA1D8D"/>
    <w:rsid w:val="00B47730"/>
    <w:rsid w:val="00C128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31471"/>
  <w14:defaultImageDpi w14:val="300"/>
  <w15:docId w15:val="{65D743C5-F584-4236-8A5A-21A97A1A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26F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ceecofruit.com/proekt-interreg/proekt-crossfood-inn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ceecofruit.com/proekt-interreg/Tehn_spec_BGMK0500140_AisEkoFrukt_web_v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90E1A1-E2D1-4ACD-85BA-6DE05335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Ivo</cp:lastModifiedBy>
  <cp:revision>3</cp:revision>
  <dcterms:created xsi:type="dcterms:W3CDTF">2013-12-23T23:15:00Z</dcterms:created>
  <dcterms:modified xsi:type="dcterms:W3CDTF">2026-07-30T15:25:00Z</dcterms:modified>
  <cp:category/>
</cp:coreProperties>
</file>